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55 Falby Court</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55 Falby Court, Ajax, Ontario L1S 3W4</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Name: Evelina Petritaj</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Email: clipper2@scpl.com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Phone: 905-683-6021 ext. 2</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Shelter Canadian Properties Limited</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426525 Ontario Limited</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426525 Ontario Limited</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$3,450.00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$17,250.00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Payable in five installments of $3,450.00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426525 Ontario Limited c/o Shelter Canadian Properties Limited</w:t>
        <w:br/>
        <w:t>Invoice Email: clipper2@scpl.com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Included private areas: walkways, paths and stairs to suite doors; patios; driveways; roadways; and parking aisles. Public roads and municipal sidewalks are excluded.</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The private south and east dog-walking areas are included. Parking stalls are serviced on written request, subject to safe access and the agreed service-area boundaries.</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Scope attachment: the final service-area map and precise included boundaries are to be agreed in writing and attached before signing.</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Manager's notice address: Office, 55 Falby Court, Ajax, Ontario L1S 3W4.</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Legal name: 426525 Ontario Limited</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DPR-2627-003 r01 55 Falby Court Snow Agreement 2026 27</dc:title>
  <dc:subject>Seasonal snow clearing and optional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